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"دم الغزال"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بلحربي بسمة/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