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أنا لي سماء كالسماء" لتميم البرغوتي - مقارب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نورة سوسن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