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أدبية الرحلة في كتاب نزهة الانظار في فصل علم التاريخ والأخبار -رحلة الورتلاني-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Autres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بوسبتة حنان/ بوريو عبد الحفيظ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57ص.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800240211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