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بعد الجليد لخليل الحاوي مقاربة في ضوء النقد الأسطوري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بومليط اسيا/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