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المكان في رواية "دمية النار" لبشير مفتي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بدرون أميرة/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800240811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