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الإجتماعي في الأمثال الشعبية دراسة ميدانية في منطقة سيدي مروان-ميلة-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جعبوب خولة/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