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الشخصية في رواية "ليلة الريس الأخيرة" لياسمينة خضرا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بوسدر دليلة/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800242311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