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شرف شمس غرب القمر للفيتوري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نجار سميرة/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