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قصيدة* الحرية* لأحمد مطر-مقاربة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راجح هدى/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