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معجم المصطلحات ا لالسنية لمبارك مبارك - فرنسي -انجليزي - عربي- قراءة في المفهوم والمصطلح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بوفدش سلمى/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