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الأسلوبيةفي القصيدة الشعبية "سعدي الحبيب اللي اهويت "لأبي مدين بن سهلة-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بوترعة خولة/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