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أسلوب المعلم في صقل الملكة اللغوية للمتعلمين -السنة الاولى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بوالقرعة نعيمة/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800249611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