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نشاط المحادثة ودوره في تنمية المهارات اللغوية للسنوات الثلاثة الاولى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تيفراتن سميحة/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