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بيداغوجيا الكتاب الموحد وتجليات الانسجام والموائمة بين مواده -السنة الثانية إبتدائي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لخنافر عبير/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800253711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