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تعليمي واليات وضعه - المعجم الترب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سمي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