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بط اللفظية في الحديث القدسي في ضوء نظرية النظم للجر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شلي يمين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9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