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الليل الغريب لمراد بوكرزازة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حمري إيمان/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