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رسائل جبران خليل جبران الى مي زيادة" الشعلة الزرقاء" دراسة في 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قريني إلهام/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