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عجمية وظلالها قصيدة "في القدس "ل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خان سماح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