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تقويم المكتسبات اللغوية عند المتعلم من خلال كتب الجيل الثاني كتاب اللغةالعربية للسنة الاولى 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مدوكالي آية/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800261411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