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رواية"كراف الخطايا ج1" 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ناصر نسيبة/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