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الذكاء اللغوي وتطبيقاته النفسية والبيداغوجية لدى المتعلم - الطور الابتدائي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بوترية صورية/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