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امراة منخيبة لزكية علال -دراسة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جنحي أمينة/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