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اللغوي في ديوان " تغريبة جعفر الطيار " ليوسف وغليسي دراسة اسلوبية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لرقط خديجة/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800263711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