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النحوي العربي بين الثبات والزوال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بولدياب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