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في شعر يحي مسعودي -قراءة في نمادج غير منشورة-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