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العتبات النصية في رواية "ريح يوسف"لعلاوة كوسة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بوالغالغ سليمة/ سفاري جمال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800266611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