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رواية "عجوز في مقتبل العمر " لأسامة لؤي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جحيش جازية/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