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المروية للحريري دراسة في حقول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صفصافة آمنة/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