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سيميائية المصطلح في كتاب اللغة العربية السنة الرابعة إبتدائي الجيل الثاني -دراسة مقارنة-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أور النادر بشرى/ بوفنغور نادية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800268011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