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اللهجة السوفية بين الفصحى والعامية في الشعر الشعبي -دراسة لغوية-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لهشيلي دلال/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