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الاسطورة في رواية " نزيف الحجر" لإبراهيم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بوالغالغ مريم/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