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التخييل التاريخي في رواية" الرايس" لهاجر قويدري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بومسلات إيمان/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800272011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