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الرواية الجزائرية والتراث الشعبي - رواية التراس لكمال قرور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بسمة/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