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ظاهر الخوف عنذ الشعراء اللصوص -القتال الكلابي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لطمن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