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الثنائيات الضدية في شعر ابي الفراس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عزوز خولة/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800274111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