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الاسلوبية في قصيدة "وصيتي "راوية جراد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برباش ريان/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800274711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