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العنونة في ديوان ملاك رجيم لمحمد بوطغان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أمال/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