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ترجمة المصطلحات النحوية العربية الى اللغة الفرنسية عند بلاشير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بوعبد الله دلال/ بوشريط جوهرة(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800275011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