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ابن الابار "ادرك بخيلك خيل الله اندلسا" دراسة تحليلية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مصباح وداد/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800275111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