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أزمة الهوية  بين سلطة الواقع والذاكرة التاريخية قراءة في رواية كيف ترضع من الذئبة دون ان تعضك للكاتب عمارة لخوص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بومحروق كوثر/ بوسكاية شهرزاد(مشرفا)/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800275211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