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ملحمة الكميت بن زيد الاسدي - دراسة في المضامين والخصائص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دعاس بشرى/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