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"في رسالة الصحابة" لإبن المقفع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جميلة خالد/ حميدة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