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قاموس مصطلحات : الوثائق والارشيف والمعلومات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سلوى على ميلاد/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المصرية اللبنانية/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9774270800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