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الجوانب المكونة للسلعة على تحديد المركز التنافسي لها (دراسة ميدانية لإتجاهات المستهلكين نحو منتجات ترافل لمشتقات الحليب بالبليدة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طوال هيبة/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