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التحديات المصرفية للأعمال الإلكترونية العربية وإمكانية تطويرها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مسعودي عبد الهادي/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