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الروح المقاولاتية في ديمومة المؤسسات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مسيخ أيوب/ مقدم عبيرات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