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المزيج التسويقي الخدمي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بشاغة مريم/ زرزار العياشي(مشرفا)/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