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systeme educatif en algerie evaluation ,reformes et perspectives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p.abdelkrim benarab/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laboratoire d'economie et de management/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9961948231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