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التنظيم والأساليب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شاكر عصفور/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الإدارة العامة،التخطيط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